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CDDA" w14:textId="77777777" w:rsidR="00CE22AB" w:rsidRDefault="00000000">
      <w:pPr>
        <w:jc w:val="center"/>
      </w:pPr>
      <w:r>
        <w:rPr>
          <w:noProof/>
        </w:rPr>
        <w:drawing>
          <wp:inline distT="0" distB="0" distL="0" distR="0" wp14:anchorId="5F749251" wp14:editId="161E22D7">
            <wp:extent cx="1800000" cy="171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ncienne 2000x1904(3).png"/>
                    <pic:cNvPicPr/>
                  </pic:nvPicPr>
                  <pic:blipFill>
                    <a:blip r:embed="rId6"/>
                    <a:stretch>
                      <a:fillRect/>
                    </a:stretch>
                  </pic:blipFill>
                  <pic:spPr>
                    <a:xfrm>
                      <a:off x="0" y="0"/>
                      <a:ext cx="1800000" cy="1713600"/>
                    </a:xfrm>
                    <a:prstGeom prst="rect">
                      <a:avLst/>
                    </a:prstGeom>
                  </pic:spPr>
                </pic:pic>
              </a:graphicData>
            </a:graphic>
          </wp:inline>
        </w:drawing>
      </w:r>
    </w:p>
    <w:p w14:paraId="5D760A52" w14:textId="77777777" w:rsidR="00CE22AB" w:rsidRPr="00CF31EC" w:rsidRDefault="00000000">
      <w:pPr>
        <w:pStyle w:val="Titre1"/>
        <w:jc w:val="center"/>
        <w:rPr>
          <w:lang w:val="fr-BE"/>
        </w:rPr>
      </w:pPr>
      <w:r w:rsidRPr="00CF31EC">
        <w:rPr>
          <w:lang w:val="fr-BE"/>
        </w:rPr>
        <w:t>ANCIENNE VOLLEY BALL</w:t>
      </w:r>
      <w:r w:rsidRPr="00CF31EC">
        <w:rPr>
          <w:lang w:val="fr-BE"/>
        </w:rPr>
        <w:br/>
        <w:t>RÈGLEMENT D'ORDRE INTÉRIEUR</w:t>
      </w:r>
      <w:r w:rsidRPr="00CF31EC">
        <w:rPr>
          <w:lang w:val="fr-BE"/>
        </w:rPr>
        <w:br/>
        <w:t>SAISON SPORTIVE 2026-2027</w:t>
      </w:r>
    </w:p>
    <w:p w14:paraId="1476DBBC" w14:textId="77777777" w:rsidR="00CE22AB" w:rsidRPr="00CF31EC" w:rsidRDefault="00000000">
      <w:pPr>
        <w:rPr>
          <w:lang w:val="fr-BE"/>
        </w:rPr>
      </w:pPr>
      <w:r w:rsidRPr="00CF31EC">
        <w:rPr>
          <w:lang w:val="fr-BE"/>
        </w:rPr>
        <w:t>Le présent Règlement d'Ordre Intérieur (ROI) définit les règles de fonctionnement de l'Ancienne Volley Ball. Chaque membre s'engage à respecter ces dispositions afin de préserver un environnement sportif, convivial et respectueux.</w:t>
      </w:r>
    </w:p>
    <w:p w14:paraId="2ED87D03" w14:textId="77777777" w:rsidR="00CE22AB" w:rsidRPr="00CF31EC" w:rsidRDefault="00000000">
      <w:pPr>
        <w:pStyle w:val="Titre2"/>
        <w:rPr>
          <w:lang w:val="fr-BE"/>
        </w:rPr>
      </w:pPr>
      <w:r w:rsidRPr="00CF31EC">
        <w:rPr>
          <w:lang w:val="fr-BE"/>
        </w:rPr>
        <w:t>Informations du membre</w:t>
      </w:r>
    </w:p>
    <w:p w14:paraId="42409B08" w14:textId="77777777" w:rsidR="00CE22AB" w:rsidRPr="00CF31EC" w:rsidRDefault="00000000">
      <w:pPr>
        <w:rPr>
          <w:lang w:val="fr-BE"/>
        </w:rPr>
      </w:pPr>
      <w:r w:rsidRPr="00CF31EC">
        <w:rPr>
          <w:lang w:val="fr-BE"/>
        </w:rPr>
        <w:t>Nom et prénom : ..........................................................................................</w:t>
      </w:r>
    </w:p>
    <w:p w14:paraId="43884B90" w14:textId="77777777" w:rsidR="00CE22AB" w:rsidRPr="00CF31EC" w:rsidRDefault="00000000">
      <w:pPr>
        <w:rPr>
          <w:lang w:val="fr-BE"/>
        </w:rPr>
      </w:pPr>
      <w:r w:rsidRPr="00CF31EC">
        <w:rPr>
          <w:lang w:val="fr-BE"/>
        </w:rPr>
        <w:t>N° de licence : ............................................................................................</w:t>
      </w:r>
    </w:p>
    <w:p w14:paraId="5EC79BFE" w14:textId="77777777" w:rsidR="00CE22AB" w:rsidRPr="00CF31EC" w:rsidRDefault="00000000">
      <w:pPr>
        <w:rPr>
          <w:lang w:val="fr-BE"/>
        </w:rPr>
      </w:pPr>
      <w:r w:rsidRPr="00CF31EC">
        <w:rPr>
          <w:lang w:val="fr-BE"/>
        </w:rPr>
        <w:t>Équipe : .....................................................................................................</w:t>
      </w:r>
    </w:p>
    <w:p w14:paraId="2AB84075" w14:textId="77777777" w:rsidR="00CE22AB" w:rsidRPr="00CF31EC" w:rsidRDefault="00000000">
      <w:pPr>
        <w:pStyle w:val="Titre2"/>
        <w:rPr>
          <w:lang w:val="fr-BE"/>
        </w:rPr>
      </w:pPr>
      <w:r w:rsidRPr="00CF31EC">
        <w:rPr>
          <w:lang w:val="fr-BE"/>
        </w:rPr>
        <w:t>Article 1 – Paiement de la cotisation</w:t>
      </w:r>
    </w:p>
    <w:p w14:paraId="798D9288" w14:textId="77777777" w:rsidR="00CE22AB" w:rsidRPr="00CF31EC" w:rsidRDefault="00000000">
      <w:pPr>
        <w:rPr>
          <w:lang w:val="fr-BE"/>
        </w:rPr>
      </w:pPr>
      <w:r w:rsidRPr="00CF31EC">
        <w:rPr>
          <w:lang w:val="fr-BE"/>
        </w:rPr>
        <w:t>La cotisation annuelle doit être réglée au plus tard le 31 décembre 2026. Tout paiement effectué après cette échéance entraînera l'application d'une indemnité forfaitaire de 50 €, conformément au présent règlement. Le comité pourra suspendre la participation du membre tant que sa situation n'est pas régularisée.</w:t>
      </w:r>
    </w:p>
    <w:p w14:paraId="473B56EE" w14:textId="77777777" w:rsidR="00CE22AB" w:rsidRPr="00CF31EC" w:rsidRDefault="00000000">
      <w:pPr>
        <w:pStyle w:val="Titre2"/>
        <w:rPr>
          <w:lang w:val="fr-BE"/>
        </w:rPr>
      </w:pPr>
      <w:r w:rsidRPr="00CF31EC">
        <w:rPr>
          <w:lang w:val="fr-BE"/>
        </w:rPr>
        <w:t>Article 2 – Participation aux activités du club</w:t>
      </w:r>
    </w:p>
    <w:p w14:paraId="4A82B51D" w14:textId="77777777" w:rsidR="00CE22AB" w:rsidRPr="00CF31EC" w:rsidRDefault="00000000">
      <w:pPr>
        <w:rPr>
          <w:lang w:val="fr-BE"/>
        </w:rPr>
      </w:pPr>
      <w:r w:rsidRPr="00CF31EC">
        <w:rPr>
          <w:lang w:val="fr-BE"/>
        </w:rPr>
        <w:t>Chaque membre est tenu de participer aux entraînements, rencontres et activités du club et de prévenir son entraîneur ou son responsable en cas d'absence.</w:t>
      </w:r>
    </w:p>
    <w:p w14:paraId="136AEC69" w14:textId="77777777" w:rsidR="00CE22AB" w:rsidRPr="00CF31EC" w:rsidRDefault="00000000">
      <w:pPr>
        <w:pStyle w:val="Titre2"/>
        <w:rPr>
          <w:lang w:val="fr-BE"/>
        </w:rPr>
      </w:pPr>
      <w:r w:rsidRPr="00CF31EC">
        <w:rPr>
          <w:lang w:val="fr-BE"/>
        </w:rPr>
        <w:t>Article 3 – Utilisation du matériel et des équipements</w:t>
      </w:r>
    </w:p>
    <w:p w14:paraId="07FC2794" w14:textId="77777777" w:rsidR="00CE22AB" w:rsidRPr="00CF31EC" w:rsidRDefault="00000000">
      <w:pPr>
        <w:rPr>
          <w:lang w:val="fr-BE"/>
        </w:rPr>
      </w:pPr>
      <w:r w:rsidRPr="00CF31EC">
        <w:rPr>
          <w:lang w:val="fr-BE"/>
        </w:rPr>
        <w:t>Le matériel, les équipements et les installations du club doivent être utilisés avec soin. Toute dégradation volontaire ou résultant d'une négligence pourra entraîner le remboursement des frais de réparation ou de remplacement.</w:t>
      </w:r>
    </w:p>
    <w:p w14:paraId="6F870B6A" w14:textId="7F046426" w:rsidR="00CE22AB" w:rsidRPr="00CF31EC" w:rsidRDefault="00000000">
      <w:pPr>
        <w:pStyle w:val="Titre2"/>
        <w:rPr>
          <w:lang w:val="fr-BE"/>
        </w:rPr>
      </w:pPr>
      <w:r w:rsidRPr="00CF31EC">
        <w:rPr>
          <w:lang w:val="fr-BE"/>
        </w:rPr>
        <w:t xml:space="preserve">Article 4 – Respect des </w:t>
      </w:r>
      <w:r w:rsidR="00CF31EC" w:rsidRPr="00CF31EC">
        <w:rPr>
          <w:lang w:val="fr-BE"/>
        </w:rPr>
        <w:t>memb</w:t>
      </w:r>
      <w:r w:rsidR="00CF31EC">
        <w:rPr>
          <w:lang w:val="fr-BE"/>
        </w:rPr>
        <w:t>re</w:t>
      </w:r>
      <w:r w:rsidR="00CF31EC" w:rsidRPr="00CF31EC">
        <w:rPr>
          <w:lang w:val="fr-BE"/>
        </w:rPr>
        <w:t>s du club</w:t>
      </w:r>
      <w:r w:rsidRPr="00CF31EC">
        <w:rPr>
          <w:lang w:val="fr-BE"/>
        </w:rPr>
        <w:t xml:space="preserve"> et des clubs adverses</w:t>
      </w:r>
    </w:p>
    <w:p w14:paraId="2ACDD99F" w14:textId="36265F4E" w:rsidR="00CE22AB" w:rsidRPr="00CF31EC" w:rsidRDefault="00000000">
      <w:pPr>
        <w:rPr>
          <w:lang w:val="fr-BE"/>
        </w:rPr>
      </w:pPr>
      <w:r w:rsidRPr="00CF31EC">
        <w:rPr>
          <w:lang w:val="fr-BE"/>
        </w:rPr>
        <w:t>Chaque membre adopte un comportement respectueux envers les joueurs, entraîneurs, dirigeants, bénévoles et membres</w:t>
      </w:r>
      <w:r w:rsidR="00CF31EC">
        <w:rPr>
          <w:lang w:val="fr-BE"/>
        </w:rPr>
        <w:t xml:space="preserve"> du club ainsi que</w:t>
      </w:r>
      <w:r w:rsidRPr="00CF31EC">
        <w:rPr>
          <w:lang w:val="fr-BE"/>
        </w:rPr>
        <w:t xml:space="preserve"> des clubs adverses. Les propos injurieux, discriminatoires, menaçants ou les comportements violents sont interdits.</w:t>
      </w:r>
    </w:p>
    <w:p w14:paraId="362262D5" w14:textId="77777777" w:rsidR="00CE22AB" w:rsidRPr="00CF31EC" w:rsidRDefault="00000000">
      <w:pPr>
        <w:pStyle w:val="Titre2"/>
        <w:rPr>
          <w:lang w:val="fr-BE"/>
        </w:rPr>
      </w:pPr>
      <w:r w:rsidRPr="00CF31EC">
        <w:rPr>
          <w:lang w:val="fr-BE"/>
        </w:rPr>
        <w:t>Article 5 – Respect des supporters et du corps arbitral</w:t>
      </w:r>
    </w:p>
    <w:p w14:paraId="60365673" w14:textId="77777777" w:rsidR="00CE22AB" w:rsidRPr="00CF31EC" w:rsidRDefault="00000000">
      <w:pPr>
        <w:rPr>
          <w:lang w:val="fr-BE"/>
        </w:rPr>
      </w:pPr>
      <w:r w:rsidRPr="00CF31EC">
        <w:rPr>
          <w:lang w:val="fr-BE"/>
        </w:rPr>
        <w:t>Les arbitres, officiels, marqueurs, supporters et toutes les personnes présentes lors des rencontres doivent être respectés. Le fair-play est une valeur essentielle du club.</w:t>
      </w:r>
    </w:p>
    <w:p w14:paraId="1F9F6826" w14:textId="77777777" w:rsidR="00CE22AB" w:rsidRPr="00CF31EC" w:rsidRDefault="00000000">
      <w:pPr>
        <w:pStyle w:val="Titre2"/>
        <w:rPr>
          <w:lang w:val="fr-BE"/>
        </w:rPr>
      </w:pPr>
      <w:r w:rsidRPr="00CF31EC">
        <w:rPr>
          <w:lang w:val="fr-BE"/>
        </w:rPr>
        <w:lastRenderedPageBreak/>
        <w:t>Article 6 – Frais liés au club</w:t>
      </w:r>
    </w:p>
    <w:p w14:paraId="416B42A3" w14:textId="77777777" w:rsidR="00CE22AB" w:rsidRPr="00CF31EC" w:rsidRDefault="00000000">
      <w:pPr>
        <w:rPr>
          <w:lang w:val="fr-BE"/>
        </w:rPr>
      </w:pPr>
      <w:r w:rsidRPr="00CF31EC">
        <w:rPr>
          <w:lang w:val="fr-BE"/>
        </w:rPr>
        <w:t>Des frais complémentaires peuvent être demandés pour les équipements, stages, tournois, déplacements ou autres activités organisées par le club. Ils devront être acquittés dans les délais communiqués.</w:t>
      </w:r>
    </w:p>
    <w:p w14:paraId="4AE82FF8" w14:textId="77777777" w:rsidR="00CE22AB" w:rsidRPr="00CF31EC" w:rsidRDefault="00000000">
      <w:pPr>
        <w:pStyle w:val="Titre2"/>
        <w:rPr>
          <w:lang w:val="fr-BE"/>
        </w:rPr>
      </w:pPr>
      <w:r w:rsidRPr="00CF31EC">
        <w:rPr>
          <w:lang w:val="fr-BE"/>
        </w:rPr>
        <w:t>Article 7 – Sanctions disciplinaires</w:t>
      </w:r>
    </w:p>
    <w:p w14:paraId="4885253E" w14:textId="77777777" w:rsidR="00CE22AB" w:rsidRPr="00CF31EC" w:rsidRDefault="00000000">
      <w:pPr>
        <w:rPr>
          <w:lang w:val="fr-BE"/>
        </w:rPr>
      </w:pPr>
      <w:r w:rsidRPr="00CF31EC">
        <w:rPr>
          <w:lang w:val="fr-BE"/>
        </w:rPr>
        <w:t>Le non-respect du présent règlement peut entraîner, selon la gravité des faits : un rappel à l'ordre, un avertissement, une suspension temporaire ou une exclusion du club. Le comité apprécie chaque situation et peut entendre le membre concerné avant de prendre une décision.</w:t>
      </w:r>
    </w:p>
    <w:p w14:paraId="36F2A7CC" w14:textId="77777777" w:rsidR="00CE22AB" w:rsidRPr="00CF31EC" w:rsidRDefault="00000000">
      <w:pPr>
        <w:pStyle w:val="Titre2"/>
        <w:rPr>
          <w:lang w:val="fr-BE"/>
        </w:rPr>
      </w:pPr>
      <w:r w:rsidRPr="00CF31EC">
        <w:rPr>
          <w:lang w:val="fr-BE"/>
        </w:rPr>
        <w:t>Article 8 – Acceptation et modifications du règlement</w:t>
      </w:r>
    </w:p>
    <w:p w14:paraId="161C02A5" w14:textId="77777777" w:rsidR="00CE22AB" w:rsidRPr="00CF31EC" w:rsidRDefault="00000000">
      <w:pPr>
        <w:rPr>
          <w:lang w:val="fr-BE"/>
        </w:rPr>
      </w:pPr>
      <w:r w:rsidRPr="00CF31EC">
        <w:rPr>
          <w:lang w:val="fr-BE"/>
        </w:rPr>
        <w:t>L'affiliation à l'Ancienne Volley Ball implique l'acceptation pleine et entière du présent Règlement d'Ordre Intérieur. Le comité se réserve le droit de le modifier si nécessaire. Les membres seront informés de toute mise à jour.</w:t>
      </w:r>
    </w:p>
    <w:p w14:paraId="4B9E3CFF" w14:textId="77777777" w:rsidR="00CE22AB" w:rsidRPr="00CF31EC" w:rsidRDefault="00000000">
      <w:pPr>
        <w:pStyle w:val="Titre2"/>
        <w:rPr>
          <w:lang w:val="fr-BE"/>
        </w:rPr>
      </w:pPr>
      <w:r w:rsidRPr="00CF31EC">
        <w:rPr>
          <w:lang w:val="fr-BE"/>
        </w:rPr>
        <w:t>Attestation</w:t>
      </w:r>
    </w:p>
    <w:p w14:paraId="1096E04D" w14:textId="77777777" w:rsidR="00CE22AB" w:rsidRPr="00CF31EC" w:rsidRDefault="00000000">
      <w:pPr>
        <w:rPr>
          <w:lang w:val="fr-BE"/>
        </w:rPr>
      </w:pPr>
      <w:r w:rsidRPr="00CF31EC">
        <w:rPr>
          <w:lang w:val="fr-BE"/>
        </w:rPr>
        <w:t>Je reconnais avoir pris connaissance du présent Règlement d'Ordre Intérieur et m'engage à le respecter.</w:t>
      </w:r>
    </w:p>
    <w:p w14:paraId="07279F66" w14:textId="77777777" w:rsidR="00CE22AB" w:rsidRPr="00CF31EC" w:rsidRDefault="00000000">
      <w:pPr>
        <w:rPr>
          <w:lang w:val="fr-BE"/>
        </w:rPr>
      </w:pPr>
      <w:r w:rsidRPr="00CF31EC">
        <w:rPr>
          <w:lang w:val="fr-BE"/>
        </w:rPr>
        <w:t>Fait à : ..............................................................</w:t>
      </w:r>
    </w:p>
    <w:p w14:paraId="161AD317" w14:textId="77777777" w:rsidR="00CE22AB" w:rsidRPr="00CF31EC" w:rsidRDefault="00000000">
      <w:pPr>
        <w:rPr>
          <w:lang w:val="fr-BE"/>
        </w:rPr>
      </w:pPr>
      <w:r w:rsidRPr="00CF31EC">
        <w:rPr>
          <w:lang w:val="fr-BE"/>
        </w:rPr>
        <w:t>Le : .......... / .......... / ..........</w:t>
      </w:r>
    </w:p>
    <w:p w14:paraId="1E20D454" w14:textId="77777777" w:rsidR="00CE22AB" w:rsidRPr="00CF31EC" w:rsidRDefault="00CE22AB">
      <w:pPr>
        <w:rPr>
          <w:lang w:val="fr-BE"/>
        </w:rPr>
      </w:pPr>
    </w:p>
    <w:p w14:paraId="6C7E4C1E" w14:textId="77777777" w:rsidR="00CE22AB" w:rsidRPr="00CF31EC" w:rsidRDefault="00000000">
      <w:pPr>
        <w:rPr>
          <w:lang w:val="fr-BE"/>
        </w:rPr>
      </w:pPr>
      <w:r w:rsidRPr="00CF31EC">
        <w:rPr>
          <w:lang w:val="fr-BE"/>
        </w:rPr>
        <w:t>☐ Le membre est majeur</w:t>
      </w:r>
    </w:p>
    <w:p w14:paraId="443AFE2E" w14:textId="77777777" w:rsidR="00CE22AB" w:rsidRDefault="00000000">
      <w:pPr>
        <w:rPr>
          <w:lang w:val="fr-BE"/>
        </w:rPr>
      </w:pPr>
      <w:r w:rsidRPr="00CF31EC">
        <w:rPr>
          <w:lang w:val="fr-BE"/>
        </w:rPr>
        <w:t>☐ Le membre est mineur (signature du parent ou du tuteur légal obligatoire)</w:t>
      </w:r>
    </w:p>
    <w:p w14:paraId="2F58F67A" w14:textId="77777777" w:rsidR="00C0466E" w:rsidRDefault="00C0466E">
      <w:pPr>
        <w:rPr>
          <w:lang w:val="fr-BE"/>
        </w:rPr>
      </w:pPr>
    </w:p>
    <w:p w14:paraId="79303333" w14:textId="77777777" w:rsidR="00C0466E" w:rsidRPr="00CF31EC" w:rsidRDefault="00C0466E">
      <w:pPr>
        <w:rPr>
          <w:lang w:val="fr-B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986"/>
      </w:tblGrid>
      <w:tr w:rsidR="00CE22AB" w:rsidRPr="00CF31EC" w14:paraId="5C248EBB" w14:textId="77777777" w:rsidTr="00C0466E">
        <w:tc>
          <w:tcPr>
            <w:tcW w:w="4986" w:type="dxa"/>
          </w:tcPr>
          <w:p w14:paraId="2635F81D" w14:textId="77777777" w:rsidR="00CE22AB" w:rsidRDefault="00000000">
            <w:r>
              <w:t xml:space="preserve">Signature du </w:t>
            </w:r>
            <w:proofErr w:type="spellStart"/>
            <w:r>
              <w:t>membre</w:t>
            </w:r>
            <w:proofErr w:type="spellEnd"/>
          </w:p>
        </w:tc>
        <w:tc>
          <w:tcPr>
            <w:tcW w:w="4986" w:type="dxa"/>
          </w:tcPr>
          <w:p w14:paraId="7F7C3C5C" w14:textId="77777777" w:rsidR="00CE22AB" w:rsidRPr="00CF31EC" w:rsidRDefault="00000000">
            <w:pPr>
              <w:rPr>
                <w:lang w:val="fr-BE"/>
              </w:rPr>
            </w:pPr>
            <w:r w:rsidRPr="00CF31EC">
              <w:rPr>
                <w:lang w:val="fr-BE"/>
              </w:rPr>
              <w:t>Signature du parent / tuteur légal</w:t>
            </w:r>
            <w:r w:rsidRPr="00CF31EC">
              <w:rPr>
                <w:lang w:val="fr-BE"/>
              </w:rPr>
              <w:br/>
              <w:t>(si le membre est mineur)</w:t>
            </w:r>
          </w:p>
        </w:tc>
      </w:tr>
      <w:tr w:rsidR="00CE22AB" w:rsidRPr="00CF31EC" w14:paraId="4982BEF6" w14:textId="77777777" w:rsidTr="00C0466E">
        <w:tc>
          <w:tcPr>
            <w:tcW w:w="4986" w:type="dxa"/>
          </w:tcPr>
          <w:p w14:paraId="018478C6" w14:textId="77777777" w:rsidR="00CE22AB" w:rsidRPr="00CF31EC" w:rsidRDefault="00000000">
            <w:pPr>
              <w:rPr>
                <w:lang w:val="fr-BE"/>
              </w:rPr>
            </w:pPr>
            <w:r w:rsidRPr="00CF31EC">
              <w:rPr>
                <w:lang w:val="fr-BE"/>
              </w:rPr>
              <w:br/>
            </w:r>
            <w:r w:rsidRPr="00CF31EC">
              <w:rPr>
                <w:lang w:val="fr-BE"/>
              </w:rPr>
              <w:br/>
            </w:r>
          </w:p>
        </w:tc>
        <w:tc>
          <w:tcPr>
            <w:tcW w:w="4986" w:type="dxa"/>
          </w:tcPr>
          <w:p w14:paraId="5219F96D" w14:textId="77777777" w:rsidR="00CE22AB" w:rsidRPr="00CF31EC" w:rsidRDefault="00000000">
            <w:pPr>
              <w:rPr>
                <w:lang w:val="fr-BE"/>
              </w:rPr>
            </w:pPr>
            <w:r w:rsidRPr="00CF31EC">
              <w:rPr>
                <w:lang w:val="fr-BE"/>
              </w:rPr>
              <w:br/>
            </w:r>
            <w:r w:rsidRPr="00CF31EC">
              <w:rPr>
                <w:lang w:val="fr-BE"/>
              </w:rPr>
              <w:br/>
            </w:r>
          </w:p>
        </w:tc>
      </w:tr>
    </w:tbl>
    <w:p w14:paraId="37E4CC0B" w14:textId="77777777" w:rsidR="00B44662" w:rsidRPr="00CF31EC" w:rsidRDefault="00B44662">
      <w:pPr>
        <w:rPr>
          <w:lang w:val="fr-BE"/>
        </w:rPr>
      </w:pPr>
    </w:p>
    <w:sectPr w:rsidR="00B44662" w:rsidRPr="00CF31EC"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66356351">
    <w:abstractNumId w:val="8"/>
  </w:num>
  <w:num w:numId="2" w16cid:durableId="1682008960">
    <w:abstractNumId w:val="6"/>
  </w:num>
  <w:num w:numId="3" w16cid:durableId="1023433019">
    <w:abstractNumId w:val="5"/>
  </w:num>
  <w:num w:numId="4" w16cid:durableId="349576245">
    <w:abstractNumId w:val="4"/>
  </w:num>
  <w:num w:numId="5" w16cid:durableId="764420167">
    <w:abstractNumId w:val="7"/>
  </w:num>
  <w:num w:numId="6" w16cid:durableId="1690377473">
    <w:abstractNumId w:val="3"/>
  </w:num>
  <w:num w:numId="7" w16cid:durableId="1165170062">
    <w:abstractNumId w:val="2"/>
  </w:num>
  <w:num w:numId="8" w16cid:durableId="915044972">
    <w:abstractNumId w:val="1"/>
  </w:num>
  <w:num w:numId="9" w16cid:durableId="214272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4662"/>
    <w:rsid w:val="00B47730"/>
    <w:rsid w:val="00C0466E"/>
    <w:rsid w:val="00CB0664"/>
    <w:rsid w:val="00CE22AB"/>
    <w:rsid w:val="00CF31EC"/>
    <w:rsid w:val="00FC693F"/>
    <w:rsid w:val="00FF6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7A3101"/>
  <w14:defaultImageDpi w14:val="300"/>
  <w15:docId w15:val="{5060DF1A-8A76-4783-84EA-09F9B950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505</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Loïc Vazquez</cp:lastModifiedBy>
  <cp:revision>3</cp:revision>
  <dcterms:created xsi:type="dcterms:W3CDTF">2026-07-16T17:14:00Z</dcterms:created>
  <dcterms:modified xsi:type="dcterms:W3CDTF">2026-07-16T20:09:00Z</dcterms:modified>
  <cp:category/>
</cp:coreProperties>
</file>